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sz w:val="24"/>
              </w:rPr>
              <w:t>SỞ GD&amp;ĐT …………………</w:t>
              <w:br/>
            </w:r>
            <w:r>
              <w:rPr>
                <w:b/>
                <w:sz w:val="24"/>
              </w:rPr>
              <w:t>TRƯỜNG …………………………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  <w:sz w:val="24"/>
              </w:rPr>
              <w:t>CỘNG HÒA XÃ HỘI CHỦ NGHĨA VIỆT NAM</w:t>
              <w:br/>
            </w:r>
            <w:r>
              <w:rPr>
                <w:b/>
                <w:sz w:val="26"/>
              </w:rPr>
              <w:t>Độc lập - Tự do - Hạnh phúc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PHIẾU ĐỒNG THUẬN CỦA CHA MẸ / NGƯỜI GIÁM HỘ</w:t>
      </w:r>
    </w:p>
    <w:p>
      <w:pPr>
        <w:spacing w:after="120"/>
        <w:jc w:val="center"/>
      </w:pPr>
      <w:r>
        <w:rPr>
          <w:b/>
          <w:i w:val="0"/>
          <w:sz w:val="26"/>
        </w:rPr>
        <w:t>Về việc tham gia hoạt động tư vấn, hỗ trợ học sinh</w:t>
      </w:r>
    </w:p>
    <w:p>
      <w:pPr>
        <w:spacing w:after="160"/>
        <w:jc w:val="left"/>
      </w:pPr>
      <w:r>
        <w:rPr>
          <w:b w:val="0"/>
          <w:i w:val="0"/>
          <w:sz w:val="26"/>
        </w:rPr>
        <w:t>Tôi tên là: ……………………………………………  Là cha/mẹ/người giám hộ của học sinh:</w:t>
      </w:r>
    </w:p>
    <w:p>
      <w:pPr>
        <w:spacing w:after="160"/>
        <w:jc w:val="left"/>
      </w:pPr>
      <w:r>
        <w:rPr>
          <w:b w:val="0"/>
          <w:i w:val="0"/>
          <w:sz w:val="26"/>
        </w:rPr>
        <w:t>Họ tên học sinh: ……………………………………  Lớp: …………  Ngày sinh: …… / …… / 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Sau khi được nhà trường thông tin về mục đích, nội dung, hình thức và nguyên tắc bảo mật của hoạt động tư vấn, hỗ trợ học sinh, tôi:</w:t>
      </w:r>
    </w:p>
    <w:p>
      <w:pPr>
        <w:spacing w:after="160"/>
        <w:jc w:val="left"/>
      </w:pPr>
      <w:r>
        <w:rPr>
          <w:b w:val="0"/>
          <w:i w:val="0"/>
          <w:sz w:val="26"/>
        </w:rPr>
        <w:t>☐ ĐỒNG Ý     ☐ KHÔNG ĐỒNG Ý   cho con/cháu tôi tham gia hoạt động tư vấn do nhà trường tổ chức.</w:t>
      </w:r>
    </w:p>
    <w:p>
      <w:pPr>
        <w:spacing w:after="160"/>
        <w:jc w:val="left"/>
      </w:pPr>
      <w:r>
        <w:rPr>
          <w:b w:val="0"/>
          <w:i w:val="0"/>
          <w:sz w:val="26"/>
        </w:rPr>
        <w:t>Tôi hiểu rằng việc tham gia là tự nguyện, thông tin của học sinh được bảo mật và chỉ được chia sẻ khi có sự đồng ý hoặc theo quy định của pháp luật; tôi có thể rút lại sự đồng thuận này bất cứ lúc nào.</w:t>
      </w:r>
    </w:p>
    <w:p>
      <w:pPr>
        <w:spacing w:after="160"/>
        <w:jc w:val="left"/>
      </w:pPr>
      <w:r>
        <w:rPr>
          <w:b w:val="0"/>
          <w:i w:val="0"/>
          <w:sz w:val="26"/>
        </w:rPr>
        <w:t>Thông tin liên hệ của tôi: SĐT ……………………………  Email: ……………………………</w:t>
      </w:r>
    </w:p>
    <w:p>
      <w:pPr>
        <w:spacing w:after="120"/>
        <w:jc w:val="right"/>
      </w:pPr>
      <w:r>
        <w:rPr>
          <w:b w:val="0"/>
          <w:i/>
          <w:sz w:val="26"/>
        </w:rPr>
        <w:t>…………, ngày …… tháng …… năm 20……</w:t>
      </w:r>
    </w:p>
    <w:p>
      <w:pPr>
        <w:spacing w:after="40"/>
        <w:jc w:val="left"/>
      </w:pPr>
      <w:r>
        <w:rPr>
          <w:b w:val="0"/>
          <w:i w:val="0"/>
          <w:sz w:val="26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CÁN BỘ TƯ VẤN</w:t>
            </w:r>
          </w:p>
          <w:p>
            <w:r>
              <w:rPr>
                <w:i/>
              </w:rPr>
              <w:t>(Ký, ghi rõ họ tên)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CHA MẸ / NGƯỜI GIÁM HỘ</w:t>
            </w:r>
          </w:p>
          <w:p>
            <w:r>
              <w:rPr>
                <w:i/>
              </w:rPr>
              <w:t>(Ký, ghi rõ họ tên)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